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סיירי הדרך -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החוקים לחצייה בטוחה ולשימוש באוטובוס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לפי צורה וצבע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להיראות לנהגים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משתמשי הדרך וחצייה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כל מי שנמצא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במעבר חצייה עם 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עוצרים ומביטים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שהמכוניות באמת עצרו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מסוכן כי הנהגים לא רואים אותנו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שומר על בטיחות בזמן ההמתנה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עולים ויורדים רק כשהאוטובוס עומד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לחכות שהאוטובוס יתרחק כי הוא מסתיר אותנו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הצבע והצורה של תמרורי איסור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אפוד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תמרורים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(אוסר)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(מחייב או מראה דרך מיוחדת)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(מזהיר מסכנה)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ירידה מהאוטובוס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האוטובוס עוצר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יורדים מהאוטובוס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ממתינים שהאוטובוס יתרחק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במעבר 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- כדי להתכונן; מביטים לשני הצדדים - כדי לראות מכוניות; מקשיבים - לשמוע רכבים שלא רואים; מוודאים שהנהגים ראו אותנו ועצרו - כדי להיות בטוחים שבאמת בטוח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בחושך קשה לנהגים לראות הולכי רגל, ובגדים בהירים ואפוד זוהר עוזרים לנהגים להבחין בנו מרחוק ולהיזהר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מביטים לצדדים, מקשיבים ומוודאים שהנהגים 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עגול אדום אוסר, משולש אדום מזהיר מסכנה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האוטובוס מסתיר אותנו מהנהגים האחרים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הליכה מדומה לקראת מעבר חצייה עם עצירה, הבטה והקשבה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דוגמאות אמיתיות של תמרורים מהסביבה הקרובה 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דיון קצר על חוויות אישיות של התלמידים בדרך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סיירי הדרך -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חוקים בטיחותיים בכביש. איך חוצים כביש בבטחה. איך נוסעים באוטובוס בבטחה. מה הם תמרורים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משתמש דרך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 שנמצא בדרך - הולך רגל, נהג, רוכב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מיוחד בכביש שבו חוצים ברגל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 אוסר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עגול אדום שאומר לא לעשות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 מחייב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עגול כחול שמראה מה חייבים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 מזהיר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משולש אדום שמזהיר מסכנה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אפוד זוהר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שעוזר לנהגים לראות אותנו בחושך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 מחזיר 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 על בגדים שמחזיר אור ועוזר להיראות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משתמשי הדרך וחצייה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נמצא בדרך ומשתמש 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נהגים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הולכי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מי שנמצא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רוכבי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חוצים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במעבר חצייה עם 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בכל מקום שנוח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קודם, לפני שחוצים?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ומביטים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עוצמים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גם כשהאור ירוק, מה בודקים?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דבר, אפשר לחצות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שהמכוניות באמת עצרו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יש חברים בסביבה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בין שתי מכוניות חונות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ממתינים בתחנת האוטובוס רחוק משפת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ויורדים מהאוטובוס גם כשהוא בתנועה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הירידה מהאוטובוס אפשר לחצות מיד מאחוריו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עגול אדום אומר שמשהו אסור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תמרור עגול __________ אוסר לעשות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תמרור משולש אדום __________ מסכנה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תמרור __________ הוא מתומן ואדום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באופניים צריך פנס __________ מקדימה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באופניים צריך פנס __________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זוהר עוזר לנהגים לראות אותנו בחושך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תמרורים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עיגול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מזהיר מסכנה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עיגול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משולש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אוסר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מתומן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מחייב או מראה דרך מיוחדת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ירידה מהאוטובוס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במעבר 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ממתינים שהאוטובוס יתרחק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האוטובוס עוצר בתחנה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מהאוטובוס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שלב אחר שלב מה עושים לפני שחוצים כביש, ולמה כל שלב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ללבוש בגדים בהירים או אפוד זוהר בחושך?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תמרור עגול אדום לתמרור משולש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מחכים שהאוטובוס יתרחק לפני שחוצים?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סיירי הדרך -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