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סיירי הדרך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החוקים לחצייה בטוחה ולשימוש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לפי צורה וצבע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להיראות לנהגים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משתמשי הדרך וחצייה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כל מי שנמצא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במעבר חצייה עם רמזור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מסוכן כי הנהגים לא רואים אותנו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שומר על בטיחות בזמן ההמתנה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עולים ויורדים רק כשהאוטובוס עומד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תמרורים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(מחייב או מראה דרך מיוחדת)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(מזהיר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ירידה מהאוטובוס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האוטובוס עוצר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יורדים מהאוטובוס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ממתינים שהאוטובוס יתרחק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במעבר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- כדי להתכונן; מביטים לשני הצדדים - כדי לראות מכוניות; מקשיבים - לשמוע רכבים שלא רואים; מוודאים שהנהגים ראו אותנו ועצרו - כדי להיות בטוחים שבאמת בטוח לחצות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מביטים לצדדים, מקשיבים ומוודאים שהנהגים 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עגול אדום אוסר, משולש אדום מזהיר מסכנה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האוטובוס מסתיר אותנו מהנהגים האחרים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הליכה מדומה לקראת מעבר חצייה עם עצירה, הבטה והקשבה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דוגמאות אמיתיות של תמרורים מהסביבה הקרובה 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דיון קצר על חוויות אישיות של התלמידים בדרך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סיירי הדרך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כללי הבטיחות לכל משתמשי הדרך - הולכי רגל, נוסעים ורוכבים. נלמד איך חוצים כביש בבטחה, איך מתנהגים בתחנת האוטובוס ואיך מזהים תמרורים.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אדום  ·  לבן  ·  עצור  ·  מזהיר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משתמשי הדרך וחצייה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נחשב ל״משתמש דרך״?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מי שנמצא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הכי בטוח לחצות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במעבר חצייה עם רמזור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לחצות כביש בין שתי מכוניות חונות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ממתינים בתחנת האוטובוס רחוק משפת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ויורדים מהאוטובוס גם כשהוא בתנועה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תמרור עגול __________ אוסר לעשות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תמרור משולש אדום __________ מסכנה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תמרור __________ הוא מתומן ואדום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באופניים צריך פנס __________ מקדימה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תמרורים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עיגול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עיגול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מזהיר מסכנה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מתומן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מחייב או מראה דרך מיוחדת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ירידה מהאוטובוס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חוצים במעבר 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האוטובוס עוצר בתחנה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ממתינים שהאוטובוס יתרחק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יורדים מהאוטובוס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שלב אחר שלב מה עושים לפני שחוצים כביש, ולמה כל שלב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תמרור עגול אדום לתמרור משולש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סיירי הדרך -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